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Sail Navigation from Ancient Civilizations to Modern GPS: The Evolution of Celestial and Global Navigation</w:t>
      </w:r>
    </w:p>
    <w:p>
      <w:r>
        <w:drawing>
          <wp:inline xmlns:a="http://schemas.openxmlformats.org/drawingml/2006/main" xmlns:pic="http://schemas.openxmlformats.org/drawingml/2006/picture">
            <wp:extent cx="5029200" cy="515173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utput (69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517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Full Navigation Lattice: Planets and Stars at Epoch Zero (3114 BCE)</w:t>
      </w:r>
    </w:p>
    <w:p>
      <w:r>
        <w:drawing>
          <wp:inline xmlns:a="http://schemas.openxmlformats.org/drawingml/2006/main" xmlns:pic="http://schemas.openxmlformats.org/drawingml/2006/picture">
            <wp:extent cx="5029200" cy="51517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utput (68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517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Planet–Star Navigation Triangles and Epochal Star Alignments</w:t>
      </w:r>
    </w:p>
    <w:p>
      <w:pPr>
        <w:pStyle w:val="Heading2"/>
      </w:pPr>
      <w:r>
        <w:t>Overview</w:t>
      </w:r>
    </w:p>
    <w:p>
      <w:r>
        <w:t>Humanity’s mastery of navigation spans over 5,000 years—from shadow sticks and star compasses to chronometers and GPS satellites. The principles remain constant: triangulation, observation, and adaptation. Ancient navigators used celestial geometry—aligning the Sun, Moon, and stars to the horizon—to cross unknown oceans long before magnetic instruments existed.</w:t>
      </w:r>
    </w:p>
    <w:p>
      <w:pPr>
        <w:pStyle w:val="Heading2"/>
      </w:pPr>
      <w:r>
        <w:t>Ancient and Viking Navigation Tools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Tool</w:t>
            </w:r>
          </w:p>
        </w:tc>
        <w:tc>
          <w:tcPr>
            <w:tcW w:type="dxa" w:w="2880"/>
          </w:tcPr>
          <w:p>
            <w:r>
              <w:t>Function</w:t>
            </w:r>
          </w:p>
        </w:tc>
        <w:tc>
          <w:tcPr>
            <w:tcW w:type="dxa" w:w="2880"/>
          </w:tcPr>
          <w:p>
            <w:r>
              <w:t>Material/Type</w:t>
            </w:r>
          </w:p>
        </w:tc>
      </w:tr>
      <w:tr>
        <w:tc>
          <w:tcPr>
            <w:tcW w:type="dxa" w:w="2880"/>
          </w:tcPr>
          <w:p>
            <w:r>
              <w:t>Shadow stick (sun compass)</w:t>
            </w:r>
          </w:p>
        </w:tc>
        <w:tc>
          <w:tcPr>
            <w:tcW w:type="dxa" w:w="2880"/>
          </w:tcPr>
          <w:p>
            <w:r>
              <w:t>Finds latitude and north–south line</w:t>
            </w:r>
          </w:p>
        </w:tc>
        <w:tc>
          <w:tcPr>
            <w:tcW w:type="dxa" w:w="2880"/>
          </w:tcPr>
          <w:p>
            <w:r>
              <w:t>Wood + gnomon</w:t>
            </w:r>
          </w:p>
        </w:tc>
      </w:tr>
      <w:tr>
        <w:tc>
          <w:tcPr>
            <w:tcW w:type="dxa" w:w="2880"/>
          </w:tcPr>
          <w:p>
            <w:r>
              <w:t>Sunstone</w:t>
            </w:r>
          </w:p>
        </w:tc>
        <w:tc>
          <w:tcPr>
            <w:tcW w:type="dxa" w:w="2880"/>
          </w:tcPr>
          <w:p>
            <w:r>
              <w:t>Finds Sun direction under clouds</w:t>
            </w:r>
          </w:p>
        </w:tc>
        <w:tc>
          <w:tcPr>
            <w:tcW w:type="dxa" w:w="2880"/>
          </w:tcPr>
          <w:p>
            <w:r>
              <w:t>Iceland spar (calcite)</w:t>
            </w:r>
          </w:p>
        </w:tc>
      </w:tr>
      <w:tr>
        <w:tc>
          <w:tcPr>
            <w:tcW w:type="dxa" w:w="2880"/>
          </w:tcPr>
          <w:p>
            <w:r>
              <w:t>Stars &amp; Moon</w:t>
            </w:r>
          </w:p>
        </w:tc>
        <w:tc>
          <w:tcPr>
            <w:tcW w:type="dxa" w:w="2880"/>
          </w:tcPr>
          <w:p>
            <w:r>
              <w:t>Direction and time</w:t>
            </w:r>
          </w:p>
        </w:tc>
        <w:tc>
          <w:tcPr>
            <w:tcW w:type="dxa" w:w="2880"/>
          </w:tcPr>
          <w:p>
            <w:r>
              <w:t>Natural celestial compass</w:t>
            </w:r>
          </w:p>
        </w:tc>
      </w:tr>
      <w:tr>
        <w:tc>
          <w:tcPr>
            <w:tcW w:type="dxa" w:w="2880"/>
          </w:tcPr>
          <w:p>
            <w:r>
              <w:t>Sea signs</w:t>
            </w:r>
          </w:p>
        </w:tc>
        <w:tc>
          <w:tcPr>
            <w:tcW w:type="dxa" w:w="2880"/>
          </w:tcPr>
          <w:p>
            <w:r>
              <w:t>Confirmed land proximity</w:t>
            </w:r>
          </w:p>
        </w:tc>
        <w:tc>
          <w:tcPr>
            <w:tcW w:type="dxa" w:w="2880"/>
          </w:tcPr>
          <w:p>
            <w:r>
              <w:t>Birds, currents, color, driftwood</w:t>
            </w:r>
          </w:p>
        </w:tc>
      </w:tr>
    </w:tbl>
    <w:p>
      <w:pPr>
        <w:pStyle w:val="Heading2"/>
      </w:pPr>
      <w:r>
        <w:t>1. Ancient Civilizations and Early Ocean Routes</w:t>
      </w:r>
    </w:p>
    <w:p>
      <w:r>
        <w:t>• **Egyptians (2000–1000 BCE):** Navigated the Red Sea and Mediterranean using the stars Orion, Sirius, and Canopus. Canopus, the second-brightest star, was a southern reference for voyages to Punt (modern Somalia). Latitude: ~15° N to 30° N.</w:t>
        <w:br/>
        <w:t>• **Phoenicians (1500–600 BCE):** Sailed around Africa and to Britain using Polaris and Ursa Major. Their star triangle: Polaris–Sirius–Canopus. Latitude range: 0° – 35° N.</w:t>
        <w:br/>
        <w:t>• **Greeks &amp; Minoans (1600–500 BCE):** Used Arcturus, Spica, and Sirius to define sailing seasons. They introduced mathematical geometry to measure solar declination for latitude.</w:t>
        <w:br/>
        <w:t>• **Chinese Navigators (~1000 BCE):** Used Polaris for northfinding and early magnetic lodestones as direction indicators.</w:t>
        <w:br/>
        <w:t>• **Polynesians (Ancient to modern):** Used the rising and setting points of stars (e.g., Vega–Altair–Capella) as a living star compass, navigating thousands of miles across the Pacific.</w:t>
      </w:r>
    </w:p>
    <w:p>
      <w:pPr>
        <w:pStyle w:val="Heading2"/>
      </w:pPr>
      <w:r>
        <w:t>2. The Viking Era (800–1100 CE)</w:t>
      </w:r>
    </w:p>
    <w:p>
      <w:r>
        <w:t>Vikings expanded across the North Atlantic to Iceland, Greenland, and North America (~1000 CE). They used the **sun compass (Uunartoq Disc)**, **sunstone**, and **star triangles (Polaris–Vega–Deneb)** for direction. Their routes connected Norway (~63° N), Iceland (~64° N), Greenland (~61° N), and Newfoundland (~49° N). They practiced 'latitude sailing,' maintaining constant solar elevation at noon using the shadow board.</w:t>
      </w:r>
    </w:p>
    <w:p>
      <w:pPr>
        <w:pStyle w:val="Heading2"/>
      </w:pPr>
      <w:r>
        <w:t>3. Classical Arab and Chinese Navigation (700–1400 CE)</w:t>
      </w:r>
    </w:p>
    <w:p>
      <w:r>
        <w:t>• **Arab navigators** in the Indian Ocean used Polaris for latitude and developed the *kamal*, a simple wooden sighting tool for angular elevation. They connected East Africa, India, and China along monsoon routes between 15° S and 25° N.</w:t>
        <w:br/>
        <w:t>• **Chinese mariners** employed early magnetic compasses by the 11th century and stellar charts including Vega, Altair, and Deneb for orientation.</w:t>
      </w:r>
    </w:p>
    <w:p>
      <w:pPr>
        <w:pStyle w:val="Heading2"/>
      </w:pPr>
      <w:r>
        <w:t>4. The Age of Exploration (1400–1800 CE)</w:t>
      </w:r>
    </w:p>
    <w:p>
      <w:r>
        <w:t>European explorers such as Columbus, Magellan, and Cook combined celestial and magnetic navigation. The **sextant** and **chronometer** enabled accurate latitude and longitude determination. Key waypoints: Canary Islands (28° N, 15° W), Cape Verde (15° N, 23° W), Caribbean (~18° N, 65° W), and Cape Horn (~56° S, 67° W). They applied mathematical navigation using three-star fixes and lunar distance methods for longitude.</w:t>
      </w:r>
    </w:p>
    <w:p>
      <w:pPr>
        <w:pStyle w:val="Heading2"/>
      </w:pPr>
      <w:r>
        <w:t>5. Modern and Satellite Navigation (1900 – Present)</w:t>
      </w:r>
    </w:p>
    <w:p>
      <w:r>
        <w:t>By the 20th century, celestial navigation merged with radio and radar. WWII brought **radio direction finding** and **LORAN** (Long Range Navigation). By 1973, the **Global Positioning System (GPS)** was established, using at least three satellites for triangulation— a direct descendant of the ancient three-point celestial fix. GPS allows real-time tracking within ±5 m accuracy anywhere on Earth.</w:t>
      </w:r>
    </w:p>
    <w:p>
      <w:pPr>
        <w:pStyle w:val="Heading2"/>
      </w:pPr>
      <w:r>
        <w:t>6. Celestial Triangles Through History</w:t>
      </w:r>
    </w:p>
    <w:p>
      <w:r>
        <w:t>Across epochs, navigation relied on three reference points forming a geometric triangle:</w:t>
        <w:br/>
        <w:t>• **3114 BCE (Mayan Epoch Zero):** Venus–Vega–Polaris (latitude 0°, longitude 90° W – Yucatán; opposite 90° E – Sumatra).</w:t>
        <w:br/>
        <w:t>• **1000 CE (Viking Triangle):** Polaris–Vega–Deneb (~60° N, 20° W – North Atlantic corridor).</w:t>
        <w:br/>
        <w:t>• **1500 CE (Phoenician &amp; Arab):** Polaris–Sirius–Canopus (0–30° N, Red Sea &amp; Indian Ocean).</w:t>
        <w:br/>
        <w:t>• **Today (GPS):** At least three orbital satellites (20,000 km altitude) triangulate Earth position with millisecond timing accuracy.</w:t>
      </w:r>
    </w:p>
    <w:p>
      <w:pPr>
        <w:pStyle w:val="Heading2"/>
      </w:pPr>
      <w:r>
        <w:t>Summary and Global Coordinates</w:t>
      </w:r>
    </w:p>
    <w:p>
      <w:r>
        <w:t>Navigation evolved from observing Sun shadows and star triangles to precise satellite triangulation. Each era followed the same principle: fix position by referencing three known points. The consistent geometric alignments include:</w:t>
        <w:br/>
        <w:br/>
        <w:t>• **Ancient Prime Crossing (Venus–Vega–Polaris):** Latitude 0°, Longitude 90° W (Yucatán)</w:t>
        <w:br/>
        <w:t>• **Opposite Meridian:** Longitude 90° E (Sumatra)</w:t>
        <w:br/>
        <w:t>• **Viking Corridor:** Centered near Latitude 61° N, Longitude 20° W</w:t>
        <w:br/>
        <w:t>• **Modern Reference (Greenwich):** Latitude 51.48° N, Longitude 0° (Prime Meridian)</w:t>
        <w:br/>
        <w:br/>
        <w:t>From the Egyptian sun-staff to Viking shadow boards, from sextants to GPS, humanity’s journey across oceans has always relied on triangles of light—whether drawn by stars, Sun, or satellites in orbit.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